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Clean Cut Lawn Care LLC</w:t>
      </w:r>
    </w:p>
    <w:p>
      <w:pPr>
        <w:pStyle w:val="Title"/>
      </w:pPr>
      <w:r>
        <w:t>Employment Application</w:t>
      </w:r>
    </w:p>
    <w:p>
      <w:r>
        <w:t>Accepting Interest • No current opening, pay, benefits or schedule is promised. Submit this initial application for employment review; it does not guarantee an interview or offer.</w:t>
      </w:r>
    </w:p>
    <w:p>
      <w:r>
        <w:t>Complete the editable document or print and complete the PDF. Email the completed application yourself to richardcaradine639@gmail.com with subject Clean Cut Lawn Care LLC Employment Interest. Attach the file manually. The website does not receive or store this form and opening an email link does not submit it. Email is not a confidential HR portal. Keep a copy and ask Richard to confirm receipt.</w:t>
      </w:r>
    </w:p>
    <w:p>
      <w:r>
        <w:t>Do not include SSN, date of birth, banking details, license numbers, identity documents, medical history or protected-class information. Do not include confidential information from a former employer. For assistance with the application process, contact Richard; do not put medical details here.</w:t>
      </w:r>
    </w:p>
    <w:p>
      <w:pPr>
        <w:pStyle w:val="Heading2"/>
      </w:pPr>
      <w:r>
        <w:t>Applicant name</w:t>
      </w:r>
    </w:p>
    <w:p>
      <w:r>
        <w:t>______________________________________________________________________________</w:t>
      </w:r>
    </w:p>
    <w:p>
      <w:pPr>
        <w:pStyle w:val="Heading2"/>
      </w:pPr>
      <w:r>
        <w:t>Email and phone</w:t>
      </w:r>
    </w:p>
    <w:p>
      <w:r>
        <w:t>______________________________________________________________________________</w:t>
      </w:r>
    </w:p>
    <w:p>
      <w:pPr>
        <w:pStyle w:val="Heading2"/>
      </w:pPr>
      <w:r>
        <w:t>City and state</w:t>
      </w:r>
    </w:p>
    <w:p>
      <w:r>
        <w:t>______________________________________________________________________________</w:t>
      </w:r>
    </w:p>
    <w:p>
      <w:pPr>
        <w:pStyle w:val="Heading1"/>
      </w:pPr>
      <w:r>
        <w:t>Role of interest</w:t>
      </w:r>
    </w:p>
    <w:p>
      <w:r>
        <w:t>[  ] Lawn Care Crew Member</w:t>
      </w:r>
    </w:p>
    <w:p>
      <w:r>
        <w:t>[  ] Crew Lead / Crew Leader</w:t>
      </w:r>
    </w:p>
    <w:p>
      <w:r>
        <w:t>[  ] Landscape / Grounds Technician</w:t>
      </w:r>
    </w:p>
    <w:p>
      <w:r>
        <w:t>[  ] Seasonal / Part-Time Lawn Care Worker</w:t>
      </w:r>
    </w:p>
    <w:p>
      <w:pPr>
        <w:pStyle w:val="Heading2"/>
      </w:pPr>
      <w:r>
        <w:t>Employment preference: full time / part time / seasonal / flexible</w:t>
      </w:r>
    </w:p>
    <w:p>
      <w:r>
        <w:t>______________________________________________________________________________</w:t>
      </w:r>
    </w:p>
    <w:p>
      <w:pPr>
        <w:pStyle w:val="Heading2"/>
      </w:pPr>
      <w:r>
        <w:t>Earliest available start date</w:t>
      </w:r>
    </w:p>
    <w:p>
      <w:r>
        <w:t>______________________________________________________________________________</w:t>
      </w:r>
    </w:p>
    <w:p>
      <w:r>
        <w:br w:type="page"/>
      </w:r>
    </w:p>
    <w:p>
      <w:pPr>
        <w:pStyle w:val="Heading1"/>
      </w:pPr>
      <w:r>
        <w:t>Availability and relevant experience</w:t>
      </w:r>
    </w:p>
    <w:p>
      <w:pPr>
        <w:pStyle w:val="Heading2"/>
      </w:pPr>
      <w:r>
        <w:t>Days and times available, including any limits</w:t>
      </w:r>
    </w:p>
    <w:p>
      <w:r>
        <w:t>______________________________________________________________________________</w:t>
      </w:r>
    </w:p>
    <w:p>
      <w:r>
        <w:t>______________________________________________________________________________</w:t>
      </w:r>
    </w:p>
    <w:p>
      <w:pPr>
        <w:pStyle w:val="Heading2"/>
      </w:pPr>
      <w:r>
        <w:t>Experience with commercial mowers, trimmers, edgers, blowers, grounds work or crew leadership; identify training you would need</w:t>
      </w:r>
    </w:p>
    <w:p>
      <w:r>
        <w:t>______________________________________________________________________________</w:t>
      </w:r>
    </w:p>
    <w:p>
      <w:r>
        <w:t>______________________________________________________________________________</w:t>
      </w:r>
    </w:p>
    <w:p>
      <w:r>
        <w:t>______________________________________________________________________________</w:t>
      </w:r>
    </w:p>
    <w:p>
      <w:r>
        <w:t>Only if driving is part of the role being discussed: do you hold a current valid driver’s license? Yes / No / Not applicable. Do not provide its number or a copy. Driver authorization is a separate later process.</w:t>
      </w:r>
    </w:p>
    <w:p>
      <w:r>
        <w:t>For reporting to the agreed work location: can you reliably arrive as scheduled? Yes / No / Discuss. Owning a vehicle is not required by this question.</w:t>
      </w:r>
    </w:p>
    <w:p>
      <w:pPr>
        <w:pStyle w:val="Heading2"/>
      </w:pPr>
      <w:r>
        <w:t>How would you respond if a mower throws debris toward a parked vehicle?</w:t>
      </w:r>
    </w:p>
    <w:p>
      <w:r>
        <w:t>______________________________________________________________________________</w:t>
      </w:r>
    </w:p>
    <w:p>
      <w:r>
        <w:t>______________________________________________________________________________</w:t>
      </w:r>
    </w:p>
    <w:p>
      <w:pPr>
        <w:pStyle w:val="Heading2"/>
      </w:pPr>
      <w:r>
        <w:t>Describe how you would check a property before leaving it</w:t>
      </w:r>
    </w:p>
    <w:p>
      <w:r>
        <w:t>______________________________________________________________________________</w:t>
      </w:r>
    </w:p>
    <w:p>
      <w:r>
        <w:t>______________________________________________________________________________</w:t>
      </w:r>
    </w:p>
    <w:p>
      <w:r>
        <w:br w:type="page"/>
      </w:r>
    </w:p>
    <w:p>
      <w:pPr>
        <w:pStyle w:val="Heading1"/>
      </w:pPr>
      <w:r>
        <w:t>Work history and certification</w:t>
      </w:r>
    </w:p>
    <w:p>
      <w:r>
        <w:t>Summarize relevant employment, volunteer work, training or self-employment. Dates may use month and year. Do not explain health, family or other protected personal circumstances.</w:t>
      </w:r>
    </w:p>
    <w:p>
      <w:pPr>
        <w:pStyle w:val="Heading2"/>
      </w:pPr>
      <w:r>
        <w:t>Organization / role / approximate dates / responsibilities</w:t>
      </w:r>
    </w:p>
    <w:p>
      <w:r>
        <w:t>______________________________________________________________________________</w:t>
      </w:r>
    </w:p>
    <w:p>
      <w:r>
        <w:t>______________________________________________________________________________</w:t>
      </w:r>
    </w:p>
    <w:p>
      <w:r>
        <w:t>______________________________________________________________________________</w:t>
      </w:r>
    </w:p>
    <w:p>
      <w:pPr>
        <w:pStyle w:val="Heading2"/>
      </w:pPr>
      <w:r>
        <w:t>Additional experience or skills</w:t>
      </w:r>
    </w:p>
    <w:p>
      <w:r>
        <w:t>______________________________________________________________________________</w:t>
      </w:r>
    </w:p>
    <w:p>
      <w:r>
        <w:t>______________________________________________________________________________</w:t>
      </w:r>
    </w:p>
    <w:p>
      <w:pPr>
        <w:pStyle w:val="Heading2"/>
      </w:pPr>
      <w:r>
        <w:t>Optional reference: name, professional relationship and contact, with their permission</w:t>
      </w:r>
    </w:p>
    <w:p>
      <w:r>
        <w:t>______________________________________________________________________________</w:t>
      </w:r>
    </w:p>
    <w:p>
      <w:r>
        <w:t>May we contact this reference for employment review? Yes / No / Ask me first. We will not contact your current employer without separate permission.</w:t>
      </w:r>
    </w:p>
    <w:p>
      <w:r>
        <w:t>Equal opportunity: Clean Cut Lawn Care LLC considers job-related qualifications and prohibits unlawful discrimination and harassment. Applicants may request assistance or reasonable accommodation through Richard. Religious participation is not a requirement for these business roles. This general statement has not been presented as legally reviewed.</w:t>
      </w:r>
    </w:p>
    <w:p>
      <w:r>
        <w:t>I certify that the information I provided is accurate to the best of my knowledge. I authorize Clean Cut Lawn Care LLC to review this application and contact me about employment. Reference contact is limited to my selection above. This is not consent to a consumer report, background check, driving-record check, medical inquiry or drug test; any lawful later process requires separate notice and authorization where required. I understand that submitting interest does not create an employment relationship or guarantee an offer. Information will be used for employment review and related recordkeeping, subject to applicable law; it is not newsletter consent.</w:t>
      </w:r>
    </w:p>
    <w:p>
      <w:pPr>
        <w:pStyle w:val="Heading2"/>
      </w:pPr>
      <w:r>
        <w:t>Applicant signature or typed name / date</w:t>
      </w:r>
    </w:p>
    <w:p>
      <w:r>
        <w:t>______________________________________________________________________________</w:t>
      </w:r>
    </w:p>
    <w:sectPr w:rsidR="00FC693F" w:rsidRPr="0006063C" w:rsidSect="00034616">
      <w:headerReference w:type="default" r:id="rId9"/>
      <w:footerReference w:type="default" r:id="rId10"/>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 xml:space="preserve">September 8 2026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t>Clean Cut Lawn Care LLC  |  Employment resources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102238"/>
      <w:sz w:val="3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102238"/>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300" w:line="240" w:lineRule="auto"/>
      <w:contextualSpacing/>
    </w:pPr>
    <w:rPr>
      <w:rFonts w:asciiTheme="majorHAnsi" w:eastAsiaTheme="majorEastAsia" w:hAnsiTheme="majorHAnsi" w:cstheme="majorBidi" w:ascii="Calibri" w:hAnsi="Calibri"/>
      <w:color w:val="102238"/>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