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Seasons of Scents LLC</w:t>
      </w:r>
    </w:p>
    <w:p>
      <w:pPr>
        <w:pStyle w:val="Title"/>
      </w:pPr>
      <w:r>
        <w:t>Employment Application</w:t>
      </w:r>
    </w:p>
    <w:p>
      <w:r>
        <w:t>Accepting Interest • No current opening, pay, benefits or schedule is promised. Submit this initial application for employment review; it does not guarantee an interview or offer.</w:t>
      </w:r>
    </w:p>
    <w:p>
      <w:r>
        <w:t>Complete the editable document or print and complete the PDF. Email the completed application yourself to richardcaradine639@gmail.com with subject Seasons of Scents LLC Employment Interest. Attach the file manually. The website does not receive or store this form and opening an email link does not submit it. Email is not a confidential HR portal. Keep a copy and ask Richard to confirm receipt.</w:t>
      </w:r>
    </w:p>
    <w:p>
      <w:r>
        <w:t>Do not include SSN, date of birth, banking details, license numbers, identity documents, medical history or protected-class information. Do not include confidential information from a former employer. For assistance with the application process, contact Richard; do not put medical details here.</w:t>
      </w:r>
    </w:p>
    <w:p>
      <w:pPr>
        <w:pStyle w:val="Heading2"/>
      </w:pPr>
      <w:r>
        <w:t>Applicant name</w:t>
      </w:r>
    </w:p>
    <w:p>
      <w:r>
        <w:t>______________________________________________________________________________</w:t>
      </w:r>
    </w:p>
    <w:p>
      <w:pPr>
        <w:pStyle w:val="Heading2"/>
      </w:pPr>
      <w:r>
        <w:t>Email and phone</w:t>
      </w:r>
    </w:p>
    <w:p>
      <w:r>
        <w:t>______________________________________________________________________________</w:t>
      </w:r>
    </w:p>
    <w:p>
      <w:pPr>
        <w:pStyle w:val="Heading2"/>
      </w:pPr>
      <w:r>
        <w:t>City and state</w:t>
      </w:r>
    </w:p>
    <w:p>
      <w:r>
        <w:t>______________________________________________________________________________</w:t>
      </w:r>
    </w:p>
    <w:p>
      <w:pPr>
        <w:pStyle w:val="Heading1"/>
      </w:pPr>
      <w:r>
        <w:t>Role of interest</w:t>
      </w:r>
    </w:p>
    <w:p>
      <w:r>
        <w:t>[  ] Retail / Customer Experience Associate</w:t>
      </w:r>
    </w:p>
    <w:p>
      <w:r>
        <w:t>[  ] Order Fulfillment / Production Assistant</w:t>
      </w:r>
    </w:p>
    <w:p>
      <w:r>
        <w:t>[  ] Sales / Events Associate</w:t>
      </w:r>
    </w:p>
    <w:p>
      <w:r>
        <w:t>[  ] Seasonal / Part-Time Associate</w:t>
      </w:r>
    </w:p>
    <w:p>
      <w:pPr>
        <w:pStyle w:val="Heading2"/>
      </w:pPr>
      <w:r>
        <w:t>Employment preference: full time / part time / seasonal / flexible</w:t>
      </w:r>
    </w:p>
    <w:p>
      <w:r>
        <w:t>______________________________________________________________________________</w:t>
      </w:r>
    </w:p>
    <w:p>
      <w:pPr>
        <w:pStyle w:val="Heading2"/>
      </w:pPr>
      <w:r>
        <w:t>Earliest available start date</w:t>
      </w:r>
    </w:p>
    <w:p>
      <w:r>
        <w:t>______________________________________________________________________________</w:t>
      </w:r>
    </w:p>
    <w:p>
      <w:r>
        <w:br w:type="page"/>
      </w:r>
    </w:p>
    <w:p>
      <w:pPr>
        <w:pStyle w:val="Heading1"/>
      </w:pPr>
      <w:r>
        <w:t>Availability and relevant experience</w:t>
      </w:r>
    </w:p>
    <w:p>
      <w:pPr>
        <w:pStyle w:val="Heading2"/>
      </w:pPr>
      <w:r>
        <w:t>Days and times available, including any limits</w:t>
      </w:r>
    </w:p>
    <w:p>
      <w:r>
        <w:t>______________________________________________________________________________</w:t>
      </w:r>
    </w:p>
    <w:p>
      <w:r>
        <w:t>______________________________________________________________________________</w:t>
      </w:r>
    </w:p>
    <w:p>
      <w:pPr>
        <w:pStyle w:val="Heading2"/>
      </w:pPr>
      <w:r>
        <w:t>Customer service, retail, POS, order packing or production experience and training needed</w:t>
      </w:r>
    </w:p>
    <w:p>
      <w:r>
        <w:t>______________________________________________________________________________</w:t>
      </w:r>
    </w:p>
    <w:p>
      <w:r>
        <w:t>______________________________________________________________________________</w:t>
      </w:r>
    </w:p>
    <w:p>
      <w:r>
        <w:t>______________________________________________________________________________</w:t>
      </w:r>
    </w:p>
    <w:p>
      <w:pPr>
        <w:pStyle w:val="Heading2"/>
      </w:pPr>
      <w:r>
        <w:t>Availability for scheduled events or weekend assignments (no schedule is promised)</w:t>
      </w:r>
    </w:p>
    <w:p>
      <w:r>
        <w:t>______________________________________________________________________________</w:t>
      </w:r>
    </w:p>
    <w:p>
      <w:r>
        <w:t>These roles may involve handling fragrance products in a fragrance environment. Can you perform the described role tasks with or without reasonable accommodation? Yes / No / Discuss role tasks. Do not disclose a disability, diagnosis, allergy or medical history. Exact duties will be discussed before an offer.</w:t>
      </w:r>
    </w:p>
    <w:p>
      <w:pPr>
        <w:pStyle w:val="Heading2"/>
      </w:pPr>
      <w:r>
        <w:t>How would you handle an incorrect order or a disappointed customer?</w:t>
      </w:r>
    </w:p>
    <w:p>
      <w:r>
        <w:t>______________________________________________________________________________</w:t>
      </w:r>
    </w:p>
    <w:p>
      <w:r>
        <w:t>______________________________________________________________________________</w:t>
      </w:r>
    </w:p>
    <w:p>
      <w:pPr>
        <w:pStyle w:val="Heading2"/>
      </w:pPr>
      <w:r>
        <w:t>How would you check product and quantity accuracy before shipment?</w:t>
      </w:r>
    </w:p>
    <w:p>
      <w:r>
        <w:t>______________________________________________________________________________</w:t>
      </w:r>
    </w:p>
    <w:p>
      <w:r>
        <w:t>______________________________________________________________________________</w:t>
      </w:r>
    </w:p>
    <w:p>
      <w:r>
        <w:br w:type="page"/>
      </w:r>
    </w:p>
    <w:p>
      <w:pPr>
        <w:pStyle w:val="Heading1"/>
      </w:pPr>
      <w:r>
        <w:t>Work history and certification</w:t>
      </w:r>
    </w:p>
    <w:p>
      <w:r>
        <w:t>Summarize relevant employment, volunteer work, training or self-employment. Dates may use month and year. Do not explain health, family or other protected personal circumstances.</w:t>
      </w:r>
    </w:p>
    <w:p>
      <w:pPr>
        <w:pStyle w:val="Heading2"/>
      </w:pPr>
      <w:r>
        <w:t>Organization / role / approximate dates / responsibilities</w:t>
      </w:r>
    </w:p>
    <w:p>
      <w:r>
        <w:t>______________________________________________________________________________</w:t>
      </w:r>
    </w:p>
    <w:p>
      <w:r>
        <w:t>______________________________________________________________________________</w:t>
      </w:r>
    </w:p>
    <w:p>
      <w:r>
        <w:t>______________________________________________________________________________</w:t>
      </w:r>
    </w:p>
    <w:p>
      <w:pPr>
        <w:pStyle w:val="Heading2"/>
      </w:pPr>
      <w:r>
        <w:t>Additional experience or skills</w:t>
      </w:r>
    </w:p>
    <w:p>
      <w:r>
        <w:t>______________________________________________________________________________</w:t>
      </w:r>
    </w:p>
    <w:p>
      <w:r>
        <w:t>______________________________________________________________________________</w:t>
      </w:r>
    </w:p>
    <w:p>
      <w:pPr>
        <w:pStyle w:val="Heading2"/>
      </w:pPr>
      <w:r>
        <w:t>Optional reference: name, professional relationship and contact, with their permission</w:t>
      </w:r>
    </w:p>
    <w:p>
      <w:r>
        <w:t>______________________________________________________________________________</w:t>
      </w:r>
    </w:p>
    <w:p>
      <w:r>
        <w:t>May we contact this reference for employment review? Yes / No / Ask me first. We will not contact your current employer without separate permission.</w:t>
      </w:r>
    </w:p>
    <w:p>
      <w:r>
        <w:t>Equal opportunity: Seasons of Scents LLC considers job-related qualifications and prohibits unlawful discrimination and harassment. Applicants may request assistance or reasonable accommodation through Richard. Religious participation is not a requirement for these business roles. This general statement has not been presented as legally reviewed.</w:t>
      </w:r>
    </w:p>
    <w:p>
      <w:r>
        <w:t>I certify that the information I provided is accurate to the best of my knowledge. I authorize Seasons of Scents LLC to review this application and contact me about employment. Reference contact is limited to my selection above. This is not consent to a consumer report, background check, driving-record check, medical inquiry or drug test; any lawful later process requires separate notice and authorization where required. I understand that submitting interest does not create an employment relationship or guarantee an offer. Information will be used for employment review and related recordkeeping, subject to applicable law; it is not newsletter consent.</w:t>
      </w:r>
    </w:p>
    <w:p>
      <w:pPr>
        <w:pStyle w:val="Heading2"/>
      </w:pPr>
      <w:r>
        <w:t>Applicant signature or typed name / date</w:t>
      </w:r>
    </w:p>
    <w:p>
      <w:r>
        <w:t>______________________________________________________________________________</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September 8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Seasons of Scents LLC  |  Employment resources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02238"/>
      <w:sz w:val="3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02238"/>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00" w:line="240" w:lineRule="auto"/>
      <w:contextualSpacing/>
    </w:pPr>
    <w:rPr>
      <w:rFonts w:asciiTheme="majorHAnsi" w:eastAsiaTheme="majorEastAsia" w:hAnsiTheme="majorHAnsi" w:cstheme="majorBidi" w:ascii="Calibri" w:hAnsi="Calibri"/>
      <w:color w:val="102238"/>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